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3830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3830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 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Movimentos Contados - Ponto 11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2.12: Movimentos Contados - Ponto 12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2.13: Movimentos Contados - Ponto 13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2.14: Movimentos Contados - Ponto 14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65576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4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6557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2.15: Movimentos Contados - Ponto 15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1331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5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13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2.16: Movimentos Contados - Ponto 16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68392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6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683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2.17: Movimentos Contados - Ponto 17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4695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7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46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2.18: Movimentos Contados - Ponto 18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57412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8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5741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2.19: Movimentos Contados - Ponto 19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85798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9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8579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2.20: Movimentos Contados - Ponto 20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0372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03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2.21: Movimentos Contados - Ponto 21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7596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759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2.22: Movimentos Contados - Ponto 22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48713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487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2.23: Movimentos Contados - Ponto 23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50849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5084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2.24: Movimentos Contados - Ponto 24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48713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.jp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487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2.25: Movimentos Contados - Ponto 25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96697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5.jp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966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2.26: Movimentos Contados - Ponto 26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99006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6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990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2.27: Movimentos Contados - Ponto 27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8000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7.jp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2.28: Movimentos Contados - Ponto 28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5646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564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2.29: Movimentos Contados - Ponto 29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0372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03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2.30: Movimentos Contados - Ponto 30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94686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9468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2.31: Movimentos Contados - Ponto 31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83727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8372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2.32: Movimentos Contados - Ponto 32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2311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.jp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23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2.33: Movimentos Contados - Ponto 33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565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.jp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5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2.34: Movimentos Contados - Ponto 34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6605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.jp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66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2.35: Movimentos Contados - Ponto 35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99006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.jp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990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2.36: Movimentos Contados - Ponto 36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6124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.jp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612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2.37: Movimentos Contados - Ponto 37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36066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7.jp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3606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2.38: Movimentos Contados - Ponto 38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0989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8.jp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0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2.39: Movimentos Contados - Ponto 39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66188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9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6618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2.40: Movimentos Contados - Ponto 40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24473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0.jp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2447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2.41: Movimentos Contados - Ponto 41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64000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1.jp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6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2.42: Movimentos Contados - Ponto 42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3309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2.jp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33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2.43: Movimentos Contados - Ponto 43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3309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3.jp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33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2.44: Movimentos Contados - Ponto 44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6984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4.jp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2.45: Movimentos Contados - Ponto 45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38524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5.jp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3852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2.46: Movimentos Contados - Ponto 46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9000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6.jp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2.47: Movimentos Contados - Ponto 47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7.jp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2.48: Movimentos Contados - Ponto 48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66188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8.jp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6618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2.49: Movimentos Contados - Ponto 50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565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0.jp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5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2.50: Movimentos Contados - Ponto 51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70551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1.jp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705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2.51: Movimentos Contados - Ponto 52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11492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2.jp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114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2.52: Movimentos Contados - Ponto 53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7463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3 - Parte 2.jp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746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86000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3.jp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8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2.53: Movimentos Contados - Ponto 54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8412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4.jp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841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2.54: Movimentos Contados - Ponto 55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61808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5.jp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6180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2.55: Movimentos Contados - Ponto 56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33370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6.jp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333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2.56: Movimentos Contados - Ponto 57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79372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7.jp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793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2.57: Movimentos Contados - Ponto 58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75000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8.jp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75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2.58: Movimentos Contados - Ponto 59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53101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9.jp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5310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2.59: Movimentos Contados - Ponto 60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39219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0.jp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3921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2.60: Movimentos Contados - Ponto 61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565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1.jp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5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2.61: Movimentos Contados - Ponto 62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30000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2.jp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3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2.62: Movimentos Contados - Ponto 63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9515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3.jp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95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2.63: Movimentos Contados - Ponto 64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59632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4.jp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5963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2.64: Movimentos Contados - Ponto 65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5646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5.jp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564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2.65: Movimentos Contados - Ponto 66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3674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6.jp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367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2.66: Movimentos Contados - Ponto 67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7.jp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2.67: Movimentos Contados - Ponto 68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8.jp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2.68: Movimentos Contados - Ponto 69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60698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9.jp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6069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2.69: Movimentos Contados - Ponto 70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73241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0.jp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7324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2.70: Movimentos Contados - Ponto 71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9246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1.jp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924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2.71: Movimentos Contados - Ponto 72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50048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2.jp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5004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2.72: Movimentos Contados - Ponto 73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43750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3.jp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4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2.73: Movimentos Contados - Ponto 74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35335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4.jp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3533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2.74: Movimentos Contados - Ponto 75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52205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5.jp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522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2.75: Movimentos Contados - Ponto 76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43750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6.jp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4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2.76: Movimentos Contados - Ponto 77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10001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7.jp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1000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2.77: Movimentos Contados - Ponto 78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87868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8.jp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8786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2.78: Movimentos Contados - Ponto 79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33750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9.jp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3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2.79: Movimentos Contados - Ponto 80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4966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0.jp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496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2.80: Movimentos Contados - Ponto 82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460459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2.jp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4604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2.81: Movimentos Contados - Ponto 83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3846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3.jp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384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2.82: Movimentos Contados - Ponto 84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32276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4.jp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3227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2.83: Movimentos Contados - Ponto 85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0321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5.jp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032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2.84: Movimentos Contados - Ponto 87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81127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7.jp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8112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2.85: Movimentos Contados - Ponto 88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82857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8.jp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8285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2.86: Movimentos Contados - Ponto 89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03926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9.jp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392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2.87: Movimentos Contados - Ponto 90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91683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0.jp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9168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2.88: Movimentos Contados - Ponto 91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77501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1.jp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7750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2.89: Movimentos Contados - Ponto 92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80655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2.jp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8065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2.90: Movimentos Contados - Ponto 93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64817"/>
            <wp:docPr id="91" name="Picture 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3.jp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6481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2.91: Movimentos Contados - Ponto 94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1408"/>
            <wp:docPr id="92" name="Picture 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4.jp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140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2.92: Movimentos Contados - Ponto 95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45001"/>
            <wp:docPr id="93" name="Picture 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5.jp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4500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2.93: Movimentos Contados - Ponto 96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32276"/>
            <wp:docPr id="94" name="Picture 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6.jp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3227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2.94: Movimentos Contados - Ponto 97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53151"/>
            <wp:docPr id="95" name="Picture 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7.jp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531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2.95: Movimentos Contados - Ponto 98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46884"/>
            <wp:docPr id="96" name="Picture 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8.jp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468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2.96: Movimentos Contados - Ponto 99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2711"/>
            <wp:docPr id="97" name="Picture 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9.jpg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27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2.97: Movimentos Contados - Ponto 100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85899"/>
            <wp:docPr id="98" name="Picture 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0.jpg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858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2.98: Movimentos Contados - Ponto 101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28578"/>
            <wp:docPr id="99" name="Picture 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1.jpg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28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2.99: Movimentos Contados - Ponto 102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3273"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2.jpg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327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2.100: Movimentos Contados - Ponto 106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76490"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6.jpg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764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2.101: Movimentos Contados - Ponto 108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55634"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8.jpg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55634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Relationship Id="rId13" Type="http://schemas.openxmlformats.org/officeDocument/2006/relationships/image" Target="media/image5.jpg"/><Relationship Id="rId14" Type="http://schemas.openxmlformats.org/officeDocument/2006/relationships/image" Target="media/image6.jpg"/><Relationship Id="rId15" Type="http://schemas.openxmlformats.org/officeDocument/2006/relationships/image" Target="media/image7.jpg"/><Relationship Id="rId16" Type="http://schemas.openxmlformats.org/officeDocument/2006/relationships/image" Target="media/image8.jpg"/><Relationship Id="rId17" Type="http://schemas.openxmlformats.org/officeDocument/2006/relationships/image" Target="media/image9.jpg"/><Relationship Id="rId18" Type="http://schemas.openxmlformats.org/officeDocument/2006/relationships/image" Target="media/image10.jpg"/><Relationship Id="rId19" Type="http://schemas.openxmlformats.org/officeDocument/2006/relationships/image" Target="media/image11.jpg"/><Relationship Id="rId20" Type="http://schemas.openxmlformats.org/officeDocument/2006/relationships/image" Target="media/image12.jpg"/><Relationship Id="rId21" Type="http://schemas.openxmlformats.org/officeDocument/2006/relationships/image" Target="media/image13.jpg"/><Relationship Id="rId22" Type="http://schemas.openxmlformats.org/officeDocument/2006/relationships/image" Target="media/image14.jpg"/><Relationship Id="rId23" Type="http://schemas.openxmlformats.org/officeDocument/2006/relationships/image" Target="media/image15.jpg"/><Relationship Id="rId24" Type="http://schemas.openxmlformats.org/officeDocument/2006/relationships/image" Target="media/image16.jpg"/><Relationship Id="rId25" Type="http://schemas.openxmlformats.org/officeDocument/2006/relationships/image" Target="media/image17.jpg"/><Relationship Id="rId26" Type="http://schemas.openxmlformats.org/officeDocument/2006/relationships/image" Target="media/image18.jpg"/><Relationship Id="rId27" Type="http://schemas.openxmlformats.org/officeDocument/2006/relationships/image" Target="media/image19.jpg"/><Relationship Id="rId28" Type="http://schemas.openxmlformats.org/officeDocument/2006/relationships/image" Target="media/image20.jpg"/><Relationship Id="rId29" Type="http://schemas.openxmlformats.org/officeDocument/2006/relationships/image" Target="media/image21.jpg"/><Relationship Id="rId30" Type="http://schemas.openxmlformats.org/officeDocument/2006/relationships/image" Target="media/image22.jpg"/><Relationship Id="rId31" Type="http://schemas.openxmlformats.org/officeDocument/2006/relationships/image" Target="media/image23.jpg"/><Relationship Id="rId32" Type="http://schemas.openxmlformats.org/officeDocument/2006/relationships/image" Target="media/image24.jpg"/><Relationship Id="rId33" Type="http://schemas.openxmlformats.org/officeDocument/2006/relationships/image" Target="media/image25.jpg"/><Relationship Id="rId34" Type="http://schemas.openxmlformats.org/officeDocument/2006/relationships/image" Target="media/image26.jpg"/><Relationship Id="rId35" Type="http://schemas.openxmlformats.org/officeDocument/2006/relationships/image" Target="media/image27.jpg"/><Relationship Id="rId36" Type="http://schemas.openxmlformats.org/officeDocument/2006/relationships/image" Target="media/image28.jpg"/><Relationship Id="rId37" Type="http://schemas.openxmlformats.org/officeDocument/2006/relationships/image" Target="media/image29.jpg"/><Relationship Id="rId38" Type="http://schemas.openxmlformats.org/officeDocument/2006/relationships/image" Target="media/image30.jpg"/><Relationship Id="rId39" Type="http://schemas.openxmlformats.org/officeDocument/2006/relationships/image" Target="media/image31.jpg"/><Relationship Id="rId40" Type="http://schemas.openxmlformats.org/officeDocument/2006/relationships/image" Target="media/image32.jpg"/><Relationship Id="rId41" Type="http://schemas.openxmlformats.org/officeDocument/2006/relationships/image" Target="media/image33.jpg"/><Relationship Id="rId42" Type="http://schemas.openxmlformats.org/officeDocument/2006/relationships/image" Target="media/image34.jpg"/><Relationship Id="rId43" Type="http://schemas.openxmlformats.org/officeDocument/2006/relationships/image" Target="media/image35.jpg"/><Relationship Id="rId44" Type="http://schemas.openxmlformats.org/officeDocument/2006/relationships/image" Target="media/image36.jpg"/><Relationship Id="rId45" Type="http://schemas.openxmlformats.org/officeDocument/2006/relationships/image" Target="media/image37.jpg"/><Relationship Id="rId46" Type="http://schemas.openxmlformats.org/officeDocument/2006/relationships/image" Target="media/image38.jpg"/><Relationship Id="rId47" Type="http://schemas.openxmlformats.org/officeDocument/2006/relationships/image" Target="media/image39.jpg"/><Relationship Id="rId48" Type="http://schemas.openxmlformats.org/officeDocument/2006/relationships/image" Target="media/image40.jpg"/><Relationship Id="rId49" Type="http://schemas.openxmlformats.org/officeDocument/2006/relationships/image" Target="media/image41.jpg"/><Relationship Id="rId50" Type="http://schemas.openxmlformats.org/officeDocument/2006/relationships/image" Target="media/image42.jpg"/><Relationship Id="rId51" Type="http://schemas.openxmlformats.org/officeDocument/2006/relationships/image" Target="media/image43.jpg"/><Relationship Id="rId52" Type="http://schemas.openxmlformats.org/officeDocument/2006/relationships/image" Target="media/image44.jpg"/><Relationship Id="rId53" Type="http://schemas.openxmlformats.org/officeDocument/2006/relationships/image" Target="media/image45.jpg"/><Relationship Id="rId54" Type="http://schemas.openxmlformats.org/officeDocument/2006/relationships/image" Target="media/image46.jpg"/><Relationship Id="rId55" Type="http://schemas.openxmlformats.org/officeDocument/2006/relationships/image" Target="media/image47.jpg"/><Relationship Id="rId56" Type="http://schemas.openxmlformats.org/officeDocument/2006/relationships/image" Target="media/image48.jpg"/><Relationship Id="rId57" Type="http://schemas.openxmlformats.org/officeDocument/2006/relationships/image" Target="media/image49.jpg"/><Relationship Id="rId58" Type="http://schemas.openxmlformats.org/officeDocument/2006/relationships/image" Target="media/image50.jpg"/><Relationship Id="rId59" Type="http://schemas.openxmlformats.org/officeDocument/2006/relationships/image" Target="media/image51.jpg"/><Relationship Id="rId60" Type="http://schemas.openxmlformats.org/officeDocument/2006/relationships/image" Target="media/image52.jpg"/><Relationship Id="rId61" Type="http://schemas.openxmlformats.org/officeDocument/2006/relationships/image" Target="media/image53.jpg"/><Relationship Id="rId62" Type="http://schemas.openxmlformats.org/officeDocument/2006/relationships/image" Target="media/image54.jpg"/><Relationship Id="rId63" Type="http://schemas.openxmlformats.org/officeDocument/2006/relationships/image" Target="media/image55.jpg"/><Relationship Id="rId64" Type="http://schemas.openxmlformats.org/officeDocument/2006/relationships/image" Target="media/image56.jpg"/><Relationship Id="rId65" Type="http://schemas.openxmlformats.org/officeDocument/2006/relationships/image" Target="media/image57.jpg"/><Relationship Id="rId66" Type="http://schemas.openxmlformats.org/officeDocument/2006/relationships/image" Target="media/image58.jpg"/><Relationship Id="rId67" Type="http://schemas.openxmlformats.org/officeDocument/2006/relationships/image" Target="media/image59.jpg"/><Relationship Id="rId68" Type="http://schemas.openxmlformats.org/officeDocument/2006/relationships/image" Target="media/image60.jpg"/><Relationship Id="rId69" Type="http://schemas.openxmlformats.org/officeDocument/2006/relationships/image" Target="media/image61.jpg"/><Relationship Id="rId70" Type="http://schemas.openxmlformats.org/officeDocument/2006/relationships/image" Target="media/image62.jpg"/><Relationship Id="rId71" Type="http://schemas.openxmlformats.org/officeDocument/2006/relationships/image" Target="media/image63.jpg"/><Relationship Id="rId72" Type="http://schemas.openxmlformats.org/officeDocument/2006/relationships/image" Target="media/image64.jpg"/><Relationship Id="rId73" Type="http://schemas.openxmlformats.org/officeDocument/2006/relationships/image" Target="media/image65.jpg"/><Relationship Id="rId74" Type="http://schemas.openxmlformats.org/officeDocument/2006/relationships/image" Target="media/image66.jpg"/><Relationship Id="rId75" Type="http://schemas.openxmlformats.org/officeDocument/2006/relationships/image" Target="media/image67.jpg"/><Relationship Id="rId76" Type="http://schemas.openxmlformats.org/officeDocument/2006/relationships/image" Target="media/image68.jpg"/><Relationship Id="rId77" Type="http://schemas.openxmlformats.org/officeDocument/2006/relationships/image" Target="media/image69.jpg"/><Relationship Id="rId78" Type="http://schemas.openxmlformats.org/officeDocument/2006/relationships/image" Target="media/image70.jpg"/><Relationship Id="rId79" Type="http://schemas.openxmlformats.org/officeDocument/2006/relationships/image" Target="media/image71.jpg"/><Relationship Id="rId80" Type="http://schemas.openxmlformats.org/officeDocument/2006/relationships/image" Target="media/image72.jpg"/><Relationship Id="rId81" Type="http://schemas.openxmlformats.org/officeDocument/2006/relationships/image" Target="media/image73.jpg"/><Relationship Id="rId82" Type="http://schemas.openxmlformats.org/officeDocument/2006/relationships/image" Target="media/image74.jpg"/><Relationship Id="rId83" Type="http://schemas.openxmlformats.org/officeDocument/2006/relationships/image" Target="media/image75.jpg"/><Relationship Id="rId84" Type="http://schemas.openxmlformats.org/officeDocument/2006/relationships/image" Target="media/image76.jpg"/><Relationship Id="rId85" Type="http://schemas.openxmlformats.org/officeDocument/2006/relationships/image" Target="media/image77.jpg"/><Relationship Id="rId86" Type="http://schemas.openxmlformats.org/officeDocument/2006/relationships/image" Target="media/image78.jpg"/><Relationship Id="rId87" Type="http://schemas.openxmlformats.org/officeDocument/2006/relationships/image" Target="media/image79.jpg"/><Relationship Id="rId88" Type="http://schemas.openxmlformats.org/officeDocument/2006/relationships/image" Target="media/image80.jpg"/><Relationship Id="rId89" Type="http://schemas.openxmlformats.org/officeDocument/2006/relationships/image" Target="media/image81.jpg"/><Relationship Id="rId90" Type="http://schemas.openxmlformats.org/officeDocument/2006/relationships/image" Target="media/image82.jpg"/><Relationship Id="rId91" Type="http://schemas.openxmlformats.org/officeDocument/2006/relationships/image" Target="media/image83.jpg"/><Relationship Id="rId92" Type="http://schemas.openxmlformats.org/officeDocument/2006/relationships/image" Target="media/image84.jpg"/><Relationship Id="rId93" Type="http://schemas.openxmlformats.org/officeDocument/2006/relationships/image" Target="media/image85.jpg"/><Relationship Id="rId94" Type="http://schemas.openxmlformats.org/officeDocument/2006/relationships/image" Target="media/image86.jpg"/><Relationship Id="rId95" Type="http://schemas.openxmlformats.org/officeDocument/2006/relationships/image" Target="media/image87.jpg"/><Relationship Id="rId96" Type="http://schemas.openxmlformats.org/officeDocument/2006/relationships/image" Target="media/image88.jpg"/><Relationship Id="rId97" Type="http://schemas.openxmlformats.org/officeDocument/2006/relationships/image" Target="media/image89.jpg"/><Relationship Id="rId98" Type="http://schemas.openxmlformats.org/officeDocument/2006/relationships/image" Target="media/image90.jpg"/><Relationship Id="rId99" Type="http://schemas.openxmlformats.org/officeDocument/2006/relationships/image" Target="media/image91.jpg"/><Relationship Id="rId100" Type="http://schemas.openxmlformats.org/officeDocument/2006/relationships/image" Target="media/image92.jpg"/><Relationship Id="rId101" Type="http://schemas.openxmlformats.org/officeDocument/2006/relationships/image" Target="media/image93.jpg"/><Relationship Id="rId102" Type="http://schemas.openxmlformats.org/officeDocument/2006/relationships/image" Target="media/image94.jpg"/><Relationship Id="rId103" Type="http://schemas.openxmlformats.org/officeDocument/2006/relationships/image" Target="media/image95.jpg"/><Relationship Id="rId104" Type="http://schemas.openxmlformats.org/officeDocument/2006/relationships/image" Target="media/image96.jpg"/><Relationship Id="rId105" Type="http://schemas.openxmlformats.org/officeDocument/2006/relationships/image" Target="media/image97.jpg"/><Relationship Id="rId106" Type="http://schemas.openxmlformats.org/officeDocument/2006/relationships/image" Target="media/image98.jpg"/><Relationship Id="rId107" Type="http://schemas.openxmlformats.org/officeDocument/2006/relationships/image" Target="media/image99.jpg"/><Relationship Id="rId108" Type="http://schemas.openxmlformats.org/officeDocument/2006/relationships/image" Target="media/image100.jpg"/><Relationship Id="rId109" Type="http://schemas.openxmlformats.org/officeDocument/2006/relationships/image" Target="media/image101.jpg"/><Relationship Id="rId110" Type="http://schemas.openxmlformats.org/officeDocument/2006/relationships/image" Target="media/image10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