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03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2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3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1)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2)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04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0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1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2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3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4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5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6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7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8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9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0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1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2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3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4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5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6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7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1).jp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2).jp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05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0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1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2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3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4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5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6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7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8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9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(1).jp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(2).jp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2.6: Volumes Contados - Ponto 06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0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1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2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3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4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5.pn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6.pn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7.p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8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9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Movimentos Contados - Ponto 07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.jp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2.7: Volumes Contados - Ponto 07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0.pn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1.pn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2.pn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3.pn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4.pn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2.8: Movimentos Contados - Ponto 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.jp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2.8: Volumes Contados - Ponto 08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0.pn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1.pn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2.p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3.pn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4.pn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5.pn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6.pn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7.pn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8.pn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9.pn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2.9: Movimentos Contados - Ponto 09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.jp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2.9: Volumes Contados - Ponto 09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83" name="Picture 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0.png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2.10: Movimentos Contados - Ponto 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4" name="Picture 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2.10: Volumes Contados - Ponto 10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85" name="Picture 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0.png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86" name="Picture 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1.png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87" name="Picture 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2.png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88" name="Picture 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3.png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89" name="Picture 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4.png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90" name="Picture 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5.png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91" name="Picture 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6.png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92" name="Picture 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7.png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93" name="Picture 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8.png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94" name="Picture 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9.png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2.11: Movimentos Contados - Ponto 11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5" name="Picture 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 (1).jpg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6" name="Picture 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 (2).jpg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2.11: Volumes Contados - Ponto 11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97" name="Picture 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0.png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98" name="Picture 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1.png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99" name="Picture 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2.png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00" name="Picture 1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3.png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01" name="Picture 1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4.png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02" name="Picture 1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5.png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03" name="Picture 1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6.png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7.png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8.png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9.png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2.12: Movimentos Contados - Ponto 12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2.jpg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2.12: Volumes Contados - Ponto 12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0.png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1.png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2.png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3.png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2.13: Movimentos Contados - Ponto 13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 (1).jpg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 (2).jpg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2.13: Volumes Contados - Ponto 13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114" name="Picture 1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0.png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115" name="Picture 1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1.png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16" name="Picture 1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2.png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17" name="Picture 1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3.png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18" name="Picture 1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4.png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19" name="Picture 1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5.png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20" name="Picture 1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6.png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121" name="Picture 1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7.png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122" name="Picture 1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8.png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23" name="Picture 1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9.png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2.14: Movimentos Contados - Ponto 14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24" name="Picture 1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4 (1).jpg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25" name="Picture 1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4 (2).jpg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2.14: Volumes Contados - Ponto 14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126" name="Picture 1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0.png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127" name="Picture 1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1.png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28" name="Picture 1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2.png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29" name="Picture 1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3.png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30" name="Picture 1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4.png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31" name="Picture 1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5.png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32" name="Picture 1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6.png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133" name="Picture 1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7.png"/>
                    <pic:cNvPicPr/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134" name="Picture 1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8.png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35" name="Picture 1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9.png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2.15: Movimentos Contados - Ponto 15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36" name="Picture 1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5 (1).jpg"/>
                    <pic:cNvPicPr/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37" name="Picture 1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5 (2).jpg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2.15: Volumes Contados - Ponto 15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138" name="Picture 1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0.png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139" name="Picture 1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1.png"/>
                    <pic:cNvPicPr/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40" name="Picture 1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2.png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41" name="Picture 1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3.png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42" name="Picture 1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4.png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43" name="Picture 1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5.png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44" name="Picture 1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6.png"/>
                    <pic:cNvPicPr/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145" name="Picture 1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7.png"/>
                    <pic:cNvPicPr/>
                  </pic:nvPicPr>
                  <pic:blipFill>
                    <a:blip r:embed="rId1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146" name="Picture 1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8.png"/>
                    <pic:cNvPicPr/>
                  </pic:nvPicPr>
                  <pic:blipFill>
                    <a:blip r:embed="rId1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47" name="Picture 1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9.png"/>
                    <pic:cNvPicPr/>
                  </pic:nvPicPr>
                  <pic:blipFill>
                    <a:blip r:embed="rId1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2.16: Movimentos Contados - Ponto 16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48" name="Picture 1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6 (1).jpg"/>
                    <pic:cNvPicPr/>
                  </pic:nvPicPr>
                  <pic:blipFill>
                    <a:blip r:embed="rId1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49" name="Picture 1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6 (2).jpg"/>
                    <pic:cNvPicPr/>
                  </pic:nvPicPr>
                  <pic:blipFill>
                    <a:blip r:embed="rId1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2.16: Volumes Contados - Ponto 16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150" name="Picture 1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0.png"/>
                    <pic:cNvPicPr/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151" name="Picture 1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1.png"/>
                    <pic:cNvPicPr/>
                  </pic:nvPicPr>
                  <pic:blipFill>
                    <a:blip r:embed="rId1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52" name="Picture 1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2.png"/>
                    <pic:cNvPicPr/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53" name="Picture 1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3.png"/>
                    <pic:cNvPicPr/>
                  </pic:nvPicPr>
                  <pic:blipFill>
                    <a:blip r:embed="rId1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54" name="Picture 1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4.png"/>
                    <pic:cNvPicPr/>
                  </pic:nvPicPr>
                  <pic:blipFill>
                    <a:blip r:embed="rId1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55" name="Picture 1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5.png"/>
                    <pic:cNvPicPr/>
                  </pic:nvPicPr>
                  <pic:blipFill>
                    <a:blip r:embed="rId1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56" name="Picture 1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6.png"/>
                    <pic:cNvPicPr/>
                  </pic:nvPicPr>
                  <pic:blipFill>
                    <a:blip r:embed="rId1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157" name="Picture 1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7.png"/>
                    <pic:cNvPicPr/>
                  </pic:nvPicPr>
                  <pic:blipFill>
                    <a:blip r:embed="rId1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158" name="Picture 1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8.png"/>
                    <pic:cNvPicPr/>
                  </pic:nvPicPr>
                  <pic:blipFill>
                    <a:blip r:embed="rId1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59" name="Picture 1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9.png"/>
                    <pic:cNvPicPr/>
                  </pic:nvPicPr>
                  <pic:blipFill>
                    <a:blip r:embed="rId1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2.17: Movimentos Contados - Ponto 17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0" name="Picture 1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7.jpg"/>
                    <pic:cNvPicPr/>
                  </pic:nvPicPr>
                  <pic:blipFill>
                    <a:blip r:embed="rId1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2.17: Volumes Contados - Ponto 17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161" name="Picture 1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0.png"/>
                    <pic:cNvPicPr/>
                  </pic:nvPicPr>
                  <pic:blipFill>
                    <a:blip r:embed="rId1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162" name="Picture 1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1.png"/>
                    <pic:cNvPicPr/>
                  </pic:nvPicPr>
                  <pic:blipFill>
                    <a:blip r:embed="rId1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63" name="Picture 1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2.png"/>
                    <pic:cNvPicPr/>
                  </pic:nvPicPr>
                  <pic:blipFill>
                    <a:blip r:embed="rId1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64" name="Picture 1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3.png"/>
                    <pic:cNvPicPr/>
                  </pic:nvPicPr>
                  <pic:blipFill>
                    <a:blip r:embed="rId1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2.18: Movimentos Contados - Ponto 18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5" name="Picture 1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8.jpg"/>
                    <pic:cNvPicPr/>
                  </pic:nvPicPr>
                  <pic:blipFill>
                    <a:blip r:embed="rId1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2.18: Volumes Contados - Ponto 18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97611"/>
            <wp:docPr id="166" name="Picture 1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0.png"/>
                    <pic:cNvPicPr/>
                  </pic:nvPicPr>
                  <pic:blipFill>
                    <a:blip r:embed="rId1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9761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97611"/>
            <wp:docPr id="167" name="Picture 1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1.png"/>
                    <pic:cNvPicPr/>
                  </pic:nvPicPr>
                  <pic:blipFill>
                    <a:blip r:embed="rId1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9761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97611"/>
            <wp:docPr id="168" name="Picture 1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2.png"/>
                    <pic:cNvPicPr/>
                  </pic:nvPicPr>
                  <pic:blipFill>
                    <a:blip r:embed="rId1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9761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97611"/>
            <wp:docPr id="169" name="Picture 1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3.png"/>
                    <pic:cNvPicPr/>
                  </pic:nvPicPr>
                  <pic:blipFill>
                    <a:blip r:embed="rId1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9761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97611"/>
            <wp:docPr id="170" name="Picture 1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4.png"/>
                    <pic:cNvPicPr/>
                  </pic:nvPicPr>
                  <pic:blipFill>
                    <a:blip r:embed="rId1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9761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97611"/>
            <wp:docPr id="171" name="Picture 1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5.png"/>
                    <pic:cNvPicPr/>
                  </pic:nvPicPr>
                  <pic:blipFill>
                    <a:blip r:embed="rId1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9761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97611"/>
            <wp:docPr id="172" name="Picture 1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6.png"/>
                    <pic:cNvPicPr/>
                  </pic:nvPicPr>
                  <pic:blipFill>
                    <a:blip r:embed="rId1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9761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97611"/>
            <wp:docPr id="173" name="Picture 1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7.png"/>
                    <pic:cNvPicPr/>
                  </pic:nvPicPr>
                  <pic:blipFill>
                    <a:blip r:embed="rId1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9761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97611"/>
            <wp:docPr id="174" name="Picture 1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8.png"/>
                    <pic:cNvPicPr/>
                  </pic:nvPicPr>
                  <pic:blipFill>
                    <a:blip r:embed="rId1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9761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97611"/>
            <wp:docPr id="175" name="Picture 1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9.png"/>
                    <pic:cNvPicPr/>
                  </pic:nvPicPr>
                  <pic:blipFill>
                    <a:blip r:embed="rId1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9761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97611"/>
            <wp:docPr id="176" name="Picture 1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10.png"/>
                    <pic:cNvPicPr/>
                  </pic:nvPicPr>
                  <pic:blipFill>
                    <a:blip r:embed="rId1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9761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97611"/>
            <wp:docPr id="177" name="Picture 1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11.png"/>
                    <pic:cNvPicPr/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9761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97611"/>
            <wp:docPr id="178" name="Picture 1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12.png"/>
                    <pic:cNvPicPr/>
                  </pic:nvPicPr>
                  <pic:blipFill>
                    <a:blip r:embed="rId1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9761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97611"/>
            <wp:docPr id="179" name="Picture 1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13.png"/>
                    <pic:cNvPicPr/>
                  </pic:nvPicPr>
                  <pic:blipFill>
                    <a:blip r:embed="rId1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9761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2.19: Movimentos Contados - Ponto 19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80" name="Picture 1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9.jpg"/>
                    <pic:cNvPicPr/>
                  </pic:nvPicPr>
                  <pic:blipFill>
                    <a:blip r:embed="rId1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2.19: Volumes Contados - Ponto 19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181" name="Picture 1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0.png"/>
                    <pic:cNvPicPr/>
                  </pic:nvPicPr>
                  <pic:blipFill>
                    <a:blip r:embed="rId1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182" name="Picture 1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1.png"/>
                    <pic:cNvPicPr/>
                  </pic:nvPicPr>
                  <pic:blipFill>
                    <a:blip r:embed="rId1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83" name="Picture 1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2.png"/>
                    <pic:cNvPicPr/>
                  </pic:nvPicPr>
                  <pic:blipFill>
                    <a:blip r:embed="rId1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84" name="Picture 1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3.png"/>
                    <pic:cNvPicPr/>
                  </pic:nvPicPr>
                  <pic:blipFill>
                    <a:blip r:embed="rId1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2.20: Movimentos Contados - Ponto 20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85" name="Picture 1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 (1).jpg"/>
                    <pic:cNvPicPr/>
                  </pic:nvPicPr>
                  <pic:blipFill>
                    <a:blip r:embed="rId1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86" name="Picture 1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 (2).jpg"/>
                    <pic:cNvPicPr/>
                  </pic:nvPicPr>
                  <pic:blipFill>
                    <a:blip r:embed="rId1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2.20: Volumes Contados - Ponto 20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187" name="Picture 1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0.png"/>
                    <pic:cNvPicPr/>
                  </pic:nvPicPr>
                  <pic:blipFill>
                    <a:blip r:embed="rId1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188" name="Picture 1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1.png"/>
                    <pic:cNvPicPr/>
                  </pic:nvPicPr>
                  <pic:blipFill>
                    <a:blip r:embed="rId1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89" name="Picture 1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2.png"/>
                    <pic:cNvPicPr/>
                  </pic:nvPicPr>
                  <pic:blipFill>
                    <a:blip r:embed="rId1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90" name="Picture 1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3.png"/>
                    <pic:cNvPicPr/>
                  </pic:nvPicPr>
                  <pic:blipFill>
                    <a:blip r:embed="rId1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91" name="Picture 1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4.png"/>
                    <pic:cNvPicPr/>
                  </pic:nvPicPr>
                  <pic:blipFill>
                    <a:blip r:embed="rId1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92" name="Picture 1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5.png"/>
                    <pic:cNvPicPr/>
                  </pic:nvPicPr>
                  <pic:blipFill>
                    <a:blip r:embed="rId2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93" name="Picture 1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6.png"/>
                    <pic:cNvPicPr/>
                  </pic:nvPicPr>
                  <pic:blipFill>
                    <a:blip r:embed="rId2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194" name="Picture 1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7.png"/>
                    <pic:cNvPicPr/>
                  </pic:nvPicPr>
                  <pic:blipFill>
                    <a:blip r:embed="rId2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195" name="Picture 1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8.png"/>
                    <pic:cNvPicPr/>
                  </pic:nvPicPr>
                  <pic:blipFill>
                    <a:blip r:embed="rId2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96" name="Picture 1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9.png"/>
                    <pic:cNvPicPr/>
                  </pic:nvPicPr>
                  <pic:blipFill>
                    <a:blip r:embed="rId2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jpg"/><Relationship Id="rId30" Type="http://schemas.openxmlformats.org/officeDocument/2006/relationships/image" Target="media/image22.jp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jpg"/><Relationship Id="rId50" Type="http://schemas.openxmlformats.org/officeDocument/2006/relationships/image" Target="media/image42.jp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jpg"/><Relationship Id="rId62" Type="http://schemas.openxmlformats.org/officeDocument/2006/relationships/image" Target="media/image54.jpg"/><Relationship Id="rId63" Type="http://schemas.openxmlformats.org/officeDocument/2006/relationships/image" Target="media/image55.png"/><Relationship Id="rId64" Type="http://schemas.openxmlformats.org/officeDocument/2006/relationships/image" Target="media/image56.pn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png"/><Relationship Id="rId69" Type="http://schemas.openxmlformats.org/officeDocument/2006/relationships/image" Target="media/image61.pn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jpg"/><Relationship Id="rId74" Type="http://schemas.openxmlformats.org/officeDocument/2006/relationships/image" Target="media/image66.png"/><Relationship Id="rId75" Type="http://schemas.openxmlformats.org/officeDocument/2006/relationships/image" Target="media/image67.png"/><Relationship Id="rId76" Type="http://schemas.openxmlformats.org/officeDocument/2006/relationships/image" Target="media/image68.png"/><Relationship Id="rId77" Type="http://schemas.openxmlformats.org/officeDocument/2006/relationships/image" Target="media/image69.png"/><Relationship Id="rId78" Type="http://schemas.openxmlformats.org/officeDocument/2006/relationships/image" Target="media/image70.png"/><Relationship Id="rId79" Type="http://schemas.openxmlformats.org/officeDocument/2006/relationships/image" Target="media/image71.jpg"/><Relationship Id="rId80" Type="http://schemas.openxmlformats.org/officeDocument/2006/relationships/image" Target="media/image72.png"/><Relationship Id="rId81" Type="http://schemas.openxmlformats.org/officeDocument/2006/relationships/image" Target="media/image73.png"/><Relationship Id="rId82" Type="http://schemas.openxmlformats.org/officeDocument/2006/relationships/image" Target="media/image74.png"/><Relationship Id="rId83" Type="http://schemas.openxmlformats.org/officeDocument/2006/relationships/image" Target="media/image75.png"/><Relationship Id="rId84" Type="http://schemas.openxmlformats.org/officeDocument/2006/relationships/image" Target="media/image76.png"/><Relationship Id="rId85" Type="http://schemas.openxmlformats.org/officeDocument/2006/relationships/image" Target="media/image77.png"/><Relationship Id="rId86" Type="http://schemas.openxmlformats.org/officeDocument/2006/relationships/image" Target="media/image78.png"/><Relationship Id="rId87" Type="http://schemas.openxmlformats.org/officeDocument/2006/relationships/image" Target="media/image79.png"/><Relationship Id="rId88" Type="http://schemas.openxmlformats.org/officeDocument/2006/relationships/image" Target="media/image80.png"/><Relationship Id="rId89" Type="http://schemas.openxmlformats.org/officeDocument/2006/relationships/image" Target="media/image81.png"/><Relationship Id="rId90" Type="http://schemas.openxmlformats.org/officeDocument/2006/relationships/image" Target="media/image82.jpg"/><Relationship Id="rId91" Type="http://schemas.openxmlformats.org/officeDocument/2006/relationships/image" Target="media/image83.png"/><Relationship Id="rId92" Type="http://schemas.openxmlformats.org/officeDocument/2006/relationships/image" Target="media/image84.jpg"/><Relationship Id="rId93" Type="http://schemas.openxmlformats.org/officeDocument/2006/relationships/image" Target="media/image85.png"/><Relationship Id="rId94" Type="http://schemas.openxmlformats.org/officeDocument/2006/relationships/image" Target="media/image86.png"/><Relationship Id="rId95" Type="http://schemas.openxmlformats.org/officeDocument/2006/relationships/image" Target="media/image87.png"/><Relationship Id="rId96" Type="http://schemas.openxmlformats.org/officeDocument/2006/relationships/image" Target="media/image88.png"/><Relationship Id="rId97" Type="http://schemas.openxmlformats.org/officeDocument/2006/relationships/image" Target="media/image89.png"/><Relationship Id="rId98" Type="http://schemas.openxmlformats.org/officeDocument/2006/relationships/image" Target="media/image90.png"/><Relationship Id="rId99" Type="http://schemas.openxmlformats.org/officeDocument/2006/relationships/image" Target="media/image91.png"/><Relationship Id="rId100" Type="http://schemas.openxmlformats.org/officeDocument/2006/relationships/image" Target="media/image92.png"/><Relationship Id="rId101" Type="http://schemas.openxmlformats.org/officeDocument/2006/relationships/image" Target="media/image93.png"/><Relationship Id="rId102" Type="http://schemas.openxmlformats.org/officeDocument/2006/relationships/image" Target="media/image94.png"/><Relationship Id="rId103" Type="http://schemas.openxmlformats.org/officeDocument/2006/relationships/image" Target="media/image95.jpg"/><Relationship Id="rId104" Type="http://schemas.openxmlformats.org/officeDocument/2006/relationships/image" Target="media/image96.jpg"/><Relationship Id="rId105" Type="http://schemas.openxmlformats.org/officeDocument/2006/relationships/image" Target="media/image97.png"/><Relationship Id="rId106" Type="http://schemas.openxmlformats.org/officeDocument/2006/relationships/image" Target="media/image98.png"/><Relationship Id="rId107" Type="http://schemas.openxmlformats.org/officeDocument/2006/relationships/image" Target="media/image99.png"/><Relationship Id="rId108" Type="http://schemas.openxmlformats.org/officeDocument/2006/relationships/image" Target="media/image100.png"/><Relationship Id="rId109" Type="http://schemas.openxmlformats.org/officeDocument/2006/relationships/image" Target="media/image101.png"/><Relationship Id="rId110" Type="http://schemas.openxmlformats.org/officeDocument/2006/relationships/image" Target="media/image102.png"/><Relationship Id="rId111" Type="http://schemas.openxmlformats.org/officeDocument/2006/relationships/image" Target="media/image103.png"/><Relationship Id="rId112" Type="http://schemas.openxmlformats.org/officeDocument/2006/relationships/image" Target="media/image104.png"/><Relationship Id="rId113" Type="http://schemas.openxmlformats.org/officeDocument/2006/relationships/image" Target="media/image105.png"/><Relationship Id="rId114" Type="http://schemas.openxmlformats.org/officeDocument/2006/relationships/image" Target="media/image106.png"/><Relationship Id="rId115" Type="http://schemas.openxmlformats.org/officeDocument/2006/relationships/image" Target="media/image107.jpg"/><Relationship Id="rId116" Type="http://schemas.openxmlformats.org/officeDocument/2006/relationships/image" Target="media/image108.png"/><Relationship Id="rId117" Type="http://schemas.openxmlformats.org/officeDocument/2006/relationships/image" Target="media/image109.png"/><Relationship Id="rId118" Type="http://schemas.openxmlformats.org/officeDocument/2006/relationships/image" Target="media/image110.png"/><Relationship Id="rId119" Type="http://schemas.openxmlformats.org/officeDocument/2006/relationships/image" Target="media/image111.png"/><Relationship Id="rId120" Type="http://schemas.openxmlformats.org/officeDocument/2006/relationships/image" Target="media/image112.jpg"/><Relationship Id="rId121" Type="http://schemas.openxmlformats.org/officeDocument/2006/relationships/image" Target="media/image113.jpg"/><Relationship Id="rId122" Type="http://schemas.openxmlformats.org/officeDocument/2006/relationships/image" Target="media/image114.png"/><Relationship Id="rId123" Type="http://schemas.openxmlformats.org/officeDocument/2006/relationships/image" Target="media/image115.png"/><Relationship Id="rId124" Type="http://schemas.openxmlformats.org/officeDocument/2006/relationships/image" Target="media/image116.png"/><Relationship Id="rId125" Type="http://schemas.openxmlformats.org/officeDocument/2006/relationships/image" Target="media/image117.png"/><Relationship Id="rId126" Type="http://schemas.openxmlformats.org/officeDocument/2006/relationships/image" Target="media/image118.png"/><Relationship Id="rId127" Type="http://schemas.openxmlformats.org/officeDocument/2006/relationships/image" Target="media/image119.png"/><Relationship Id="rId128" Type="http://schemas.openxmlformats.org/officeDocument/2006/relationships/image" Target="media/image120.png"/><Relationship Id="rId129" Type="http://schemas.openxmlformats.org/officeDocument/2006/relationships/image" Target="media/image121.png"/><Relationship Id="rId130" Type="http://schemas.openxmlformats.org/officeDocument/2006/relationships/image" Target="media/image122.png"/><Relationship Id="rId131" Type="http://schemas.openxmlformats.org/officeDocument/2006/relationships/image" Target="media/image123.png"/><Relationship Id="rId132" Type="http://schemas.openxmlformats.org/officeDocument/2006/relationships/image" Target="media/image124.jpg"/><Relationship Id="rId133" Type="http://schemas.openxmlformats.org/officeDocument/2006/relationships/image" Target="media/image125.jpg"/><Relationship Id="rId134" Type="http://schemas.openxmlformats.org/officeDocument/2006/relationships/image" Target="media/image126.png"/><Relationship Id="rId135" Type="http://schemas.openxmlformats.org/officeDocument/2006/relationships/image" Target="media/image127.png"/><Relationship Id="rId136" Type="http://schemas.openxmlformats.org/officeDocument/2006/relationships/image" Target="media/image128.png"/><Relationship Id="rId137" Type="http://schemas.openxmlformats.org/officeDocument/2006/relationships/image" Target="media/image129.png"/><Relationship Id="rId138" Type="http://schemas.openxmlformats.org/officeDocument/2006/relationships/image" Target="media/image130.png"/><Relationship Id="rId139" Type="http://schemas.openxmlformats.org/officeDocument/2006/relationships/image" Target="media/image131.png"/><Relationship Id="rId140" Type="http://schemas.openxmlformats.org/officeDocument/2006/relationships/image" Target="media/image132.png"/><Relationship Id="rId141" Type="http://schemas.openxmlformats.org/officeDocument/2006/relationships/image" Target="media/image133.png"/><Relationship Id="rId142" Type="http://schemas.openxmlformats.org/officeDocument/2006/relationships/image" Target="media/image134.png"/><Relationship Id="rId143" Type="http://schemas.openxmlformats.org/officeDocument/2006/relationships/image" Target="media/image135.png"/><Relationship Id="rId144" Type="http://schemas.openxmlformats.org/officeDocument/2006/relationships/image" Target="media/image136.jpg"/><Relationship Id="rId145" Type="http://schemas.openxmlformats.org/officeDocument/2006/relationships/image" Target="media/image137.jpg"/><Relationship Id="rId146" Type="http://schemas.openxmlformats.org/officeDocument/2006/relationships/image" Target="media/image138.png"/><Relationship Id="rId147" Type="http://schemas.openxmlformats.org/officeDocument/2006/relationships/image" Target="media/image139.png"/><Relationship Id="rId148" Type="http://schemas.openxmlformats.org/officeDocument/2006/relationships/image" Target="media/image140.png"/><Relationship Id="rId149" Type="http://schemas.openxmlformats.org/officeDocument/2006/relationships/image" Target="media/image141.png"/><Relationship Id="rId150" Type="http://schemas.openxmlformats.org/officeDocument/2006/relationships/image" Target="media/image142.png"/><Relationship Id="rId151" Type="http://schemas.openxmlformats.org/officeDocument/2006/relationships/image" Target="media/image143.png"/><Relationship Id="rId152" Type="http://schemas.openxmlformats.org/officeDocument/2006/relationships/image" Target="media/image144.png"/><Relationship Id="rId153" Type="http://schemas.openxmlformats.org/officeDocument/2006/relationships/image" Target="media/image145.png"/><Relationship Id="rId154" Type="http://schemas.openxmlformats.org/officeDocument/2006/relationships/image" Target="media/image146.png"/><Relationship Id="rId155" Type="http://schemas.openxmlformats.org/officeDocument/2006/relationships/image" Target="media/image147.png"/><Relationship Id="rId156" Type="http://schemas.openxmlformats.org/officeDocument/2006/relationships/image" Target="media/image148.jpg"/><Relationship Id="rId157" Type="http://schemas.openxmlformats.org/officeDocument/2006/relationships/image" Target="media/image149.jpg"/><Relationship Id="rId158" Type="http://schemas.openxmlformats.org/officeDocument/2006/relationships/image" Target="media/image150.png"/><Relationship Id="rId159" Type="http://schemas.openxmlformats.org/officeDocument/2006/relationships/image" Target="media/image151.png"/><Relationship Id="rId160" Type="http://schemas.openxmlformats.org/officeDocument/2006/relationships/image" Target="media/image152.png"/><Relationship Id="rId161" Type="http://schemas.openxmlformats.org/officeDocument/2006/relationships/image" Target="media/image153.png"/><Relationship Id="rId162" Type="http://schemas.openxmlformats.org/officeDocument/2006/relationships/image" Target="media/image154.png"/><Relationship Id="rId163" Type="http://schemas.openxmlformats.org/officeDocument/2006/relationships/image" Target="media/image155.png"/><Relationship Id="rId164" Type="http://schemas.openxmlformats.org/officeDocument/2006/relationships/image" Target="media/image156.png"/><Relationship Id="rId165" Type="http://schemas.openxmlformats.org/officeDocument/2006/relationships/image" Target="media/image157.png"/><Relationship Id="rId166" Type="http://schemas.openxmlformats.org/officeDocument/2006/relationships/image" Target="media/image158.png"/><Relationship Id="rId167" Type="http://schemas.openxmlformats.org/officeDocument/2006/relationships/image" Target="media/image159.png"/><Relationship Id="rId168" Type="http://schemas.openxmlformats.org/officeDocument/2006/relationships/image" Target="media/image160.jpg"/><Relationship Id="rId169" Type="http://schemas.openxmlformats.org/officeDocument/2006/relationships/image" Target="media/image161.png"/><Relationship Id="rId170" Type="http://schemas.openxmlformats.org/officeDocument/2006/relationships/image" Target="media/image162.png"/><Relationship Id="rId171" Type="http://schemas.openxmlformats.org/officeDocument/2006/relationships/image" Target="media/image163.png"/><Relationship Id="rId172" Type="http://schemas.openxmlformats.org/officeDocument/2006/relationships/image" Target="media/image164.png"/><Relationship Id="rId173" Type="http://schemas.openxmlformats.org/officeDocument/2006/relationships/image" Target="media/image165.jpg"/><Relationship Id="rId174" Type="http://schemas.openxmlformats.org/officeDocument/2006/relationships/image" Target="media/image166.png"/><Relationship Id="rId175" Type="http://schemas.openxmlformats.org/officeDocument/2006/relationships/image" Target="media/image167.png"/><Relationship Id="rId176" Type="http://schemas.openxmlformats.org/officeDocument/2006/relationships/image" Target="media/image168.png"/><Relationship Id="rId177" Type="http://schemas.openxmlformats.org/officeDocument/2006/relationships/image" Target="media/image169.png"/><Relationship Id="rId178" Type="http://schemas.openxmlformats.org/officeDocument/2006/relationships/image" Target="media/image170.png"/><Relationship Id="rId179" Type="http://schemas.openxmlformats.org/officeDocument/2006/relationships/image" Target="media/image171.png"/><Relationship Id="rId180" Type="http://schemas.openxmlformats.org/officeDocument/2006/relationships/image" Target="media/image172.png"/><Relationship Id="rId181" Type="http://schemas.openxmlformats.org/officeDocument/2006/relationships/image" Target="media/image173.png"/><Relationship Id="rId182" Type="http://schemas.openxmlformats.org/officeDocument/2006/relationships/image" Target="media/image174.png"/><Relationship Id="rId183" Type="http://schemas.openxmlformats.org/officeDocument/2006/relationships/image" Target="media/image175.png"/><Relationship Id="rId184" Type="http://schemas.openxmlformats.org/officeDocument/2006/relationships/image" Target="media/image176.png"/><Relationship Id="rId185" Type="http://schemas.openxmlformats.org/officeDocument/2006/relationships/image" Target="media/image177.png"/><Relationship Id="rId186" Type="http://schemas.openxmlformats.org/officeDocument/2006/relationships/image" Target="media/image178.png"/><Relationship Id="rId187" Type="http://schemas.openxmlformats.org/officeDocument/2006/relationships/image" Target="media/image179.png"/><Relationship Id="rId188" Type="http://schemas.openxmlformats.org/officeDocument/2006/relationships/image" Target="media/image180.jpg"/><Relationship Id="rId189" Type="http://schemas.openxmlformats.org/officeDocument/2006/relationships/image" Target="media/image181.png"/><Relationship Id="rId190" Type="http://schemas.openxmlformats.org/officeDocument/2006/relationships/image" Target="media/image182.png"/><Relationship Id="rId191" Type="http://schemas.openxmlformats.org/officeDocument/2006/relationships/image" Target="media/image183.png"/><Relationship Id="rId192" Type="http://schemas.openxmlformats.org/officeDocument/2006/relationships/image" Target="media/image184.png"/><Relationship Id="rId193" Type="http://schemas.openxmlformats.org/officeDocument/2006/relationships/image" Target="media/image185.jpg"/><Relationship Id="rId194" Type="http://schemas.openxmlformats.org/officeDocument/2006/relationships/image" Target="media/image186.jpg"/><Relationship Id="rId195" Type="http://schemas.openxmlformats.org/officeDocument/2006/relationships/image" Target="media/image187.png"/><Relationship Id="rId196" Type="http://schemas.openxmlformats.org/officeDocument/2006/relationships/image" Target="media/image188.png"/><Relationship Id="rId197" Type="http://schemas.openxmlformats.org/officeDocument/2006/relationships/image" Target="media/image189.png"/><Relationship Id="rId198" Type="http://schemas.openxmlformats.org/officeDocument/2006/relationships/image" Target="media/image190.png"/><Relationship Id="rId199" Type="http://schemas.openxmlformats.org/officeDocument/2006/relationships/image" Target="media/image191.png"/><Relationship Id="rId200" Type="http://schemas.openxmlformats.org/officeDocument/2006/relationships/image" Target="media/image192.png"/><Relationship Id="rId201" Type="http://schemas.openxmlformats.org/officeDocument/2006/relationships/image" Target="media/image193.png"/><Relationship Id="rId202" Type="http://schemas.openxmlformats.org/officeDocument/2006/relationships/image" Target="media/image194.png"/><Relationship Id="rId203" Type="http://schemas.openxmlformats.org/officeDocument/2006/relationships/image" Target="media/image195.png"/><Relationship Id="rId204" Type="http://schemas.openxmlformats.org/officeDocument/2006/relationships/image" Target="media/image19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