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4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5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7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19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5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6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7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8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29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6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7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38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1)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2)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3)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 (4)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5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6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7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8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9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4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5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6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7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8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19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0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1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2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3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4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5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6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7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8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29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0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1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2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3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4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5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6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7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8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39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40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9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0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1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2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3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4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5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6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17.pn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1)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(2)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4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5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6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7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8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9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0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1.pn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.jp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4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5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6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7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8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9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0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1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2.pn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3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4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5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6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7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8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19.pn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0.pn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1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2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3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4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5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6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7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8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29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0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1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2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3.png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4.png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5.png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6" name="Picture 1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6.png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7.png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38.png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9" name="Picture 1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1).jpg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 (2).jpg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2" name="Picture 1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1.png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2.png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4" name="Picture 1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3.png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4.png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5.png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6.png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68" name="Picture 1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7.png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8.png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0" name="Picture 1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9.png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1" name="Picture 1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0.png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1.png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3" name="Picture 1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2.png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4" name="Picture 1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3.png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5" name="Picture 1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4.png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76" name="Picture 1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5.png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7" name="Picture 1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6.png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8" name="Picture 1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7.png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9" name="Picture 1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8.png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0" name="Picture 1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19.png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1" name="Picture 1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(1).jpg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82" name="Picture 1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 (2).jpg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3" name="Picture 1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4" name="Picture 1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1.png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5" name="Picture 1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2.png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6" name="Picture 1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3.png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7" name="Picture 1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4.png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8" name="Picture 1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5.png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89" name="Picture 1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6.png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90" name="Picture 1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7.png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1" name="Picture 1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8.png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2" name="Picture 1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9.png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3" name="Picture 1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10.png"/>
                    <pic:cNvPicPr/>
                  </pic:nvPicPr>
                  <pic:blipFill>
                    <a:blip r:embed="rId2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4" name="Picture 1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11.png"/>
                    <pic:cNvPicPr/>
                  </pic:nvPicPr>
                  <pic:blipFill>
                    <a:blip r:embed="rId2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jp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png"/><Relationship Id="rId113" Type="http://schemas.openxmlformats.org/officeDocument/2006/relationships/image" Target="media/image105.jpg"/><Relationship Id="rId114" Type="http://schemas.openxmlformats.org/officeDocument/2006/relationships/image" Target="media/image106.jp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png"/><Relationship Id="rId127" Type="http://schemas.openxmlformats.org/officeDocument/2006/relationships/image" Target="media/image119.jp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pn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png"/><Relationship Id="rId148" Type="http://schemas.openxmlformats.org/officeDocument/2006/relationships/image" Target="media/image140.pn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Relationship Id="rId161" Type="http://schemas.openxmlformats.org/officeDocument/2006/relationships/image" Target="media/image153.png"/><Relationship Id="rId162" Type="http://schemas.openxmlformats.org/officeDocument/2006/relationships/image" Target="media/image154.png"/><Relationship Id="rId163" Type="http://schemas.openxmlformats.org/officeDocument/2006/relationships/image" Target="media/image155.png"/><Relationship Id="rId164" Type="http://schemas.openxmlformats.org/officeDocument/2006/relationships/image" Target="media/image156.png"/><Relationship Id="rId165" Type="http://schemas.openxmlformats.org/officeDocument/2006/relationships/image" Target="media/image157.png"/><Relationship Id="rId166" Type="http://schemas.openxmlformats.org/officeDocument/2006/relationships/image" Target="media/image158.png"/><Relationship Id="rId167" Type="http://schemas.openxmlformats.org/officeDocument/2006/relationships/image" Target="media/image159.jpg"/><Relationship Id="rId168" Type="http://schemas.openxmlformats.org/officeDocument/2006/relationships/image" Target="media/image160.jpg"/><Relationship Id="rId169" Type="http://schemas.openxmlformats.org/officeDocument/2006/relationships/image" Target="media/image161.png"/><Relationship Id="rId170" Type="http://schemas.openxmlformats.org/officeDocument/2006/relationships/image" Target="media/image162.png"/><Relationship Id="rId171" Type="http://schemas.openxmlformats.org/officeDocument/2006/relationships/image" Target="media/image163.png"/><Relationship Id="rId172" Type="http://schemas.openxmlformats.org/officeDocument/2006/relationships/image" Target="media/image164.png"/><Relationship Id="rId173" Type="http://schemas.openxmlformats.org/officeDocument/2006/relationships/image" Target="media/image165.png"/><Relationship Id="rId174" Type="http://schemas.openxmlformats.org/officeDocument/2006/relationships/image" Target="media/image166.png"/><Relationship Id="rId175" Type="http://schemas.openxmlformats.org/officeDocument/2006/relationships/image" Target="media/image167.png"/><Relationship Id="rId176" Type="http://schemas.openxmlformats.org/officeDocument/2006/relationships/image" Target="media/image168.png"/><Relationship Id="rId177" Type="http://schemas.openxmlformats.org/officeDocument/2006/relationships/image" Target="media/image169.png"/><Relationship Id="rId178" Type="http://schemas.openxmlformats.org/officeDocument/2006/relationships/image" Target="media/image170.png"/><Relationship Id="rId179" Type="http://schemas.openxmlformats.org/officeDocument/2006/relationships/image" Target="media/image171.png"/><Relationship Id="rId180" Type="http://schemas.openxmlformats.org/officeDocument/2006/relationships/image" Target="media/image172.png"/><Relationship Id="rId181" Type="http://schemas.openxmlformats.org/officeDocument/2006/relationships/image" Target="media/image173.png"/><Relationship Id="rId182" Type="http://schemas.openxmlformats.org/officeDocument/2006/relationships/image" Target="media/image174.png"/><Relationship Id="rId183" Type="http://schemas.openxmlformats.org/officeDocument/2006/relationships/image" Target="media/image175.png"/><Relationship Id="rId184" Type="http://schemas.openxmlformats.org/officeDocument/2006/relationships/image" Target="media/image176.png"/><Relationship Id="rId185" Type="http://schemas.openxmlformats.org/officeDocument/2006/relationships/image" Target="media/image177.png"/><Relationship Id="rId186" Type="http://schemas.openxmlformats.org/officeDocument/2006/relationships/image" Target="media/image178.png"/><Relationship Id="rId187" Type="http://schemas.openxmlformats.org/officeDocument/2006/relationships/image" Target="media/image179.png"/><Relationship Id="rId188" Type="http://schemas.openxmlformats.org/officeDocument/2006/relationships/image" Target="media/image180.png"/><Relationship Id="rId189" Type="http://schemas.openxmlformats.org/officeDocument/2006/relationships/image" Target="media/image181.jpg"/><Relationship Id="rId190" Type="http://schemas.openxmlformats.org/officeDocument/2006/relationships/image" Target="media/image182.jpg"/><Relationship Id="rId191" Type="http://schemas.openxmlformats.org/officeDocument/2006/relationships/image" Target="media/image183.png"/><Relationship Id="rId192" Type="http://schemas.openxmlformats.org/officeDocument/2006/relationships/image" Target="media/image184.png"/><Relationship Id="rId193" Type="http://schemas.openxmlformats.org/officeDocument/2006/relationships/image" Target="media/image185.png"/><Relationship Id="rId194" Type="http://schemas.openxmlformats.org/officeDocument/2006/relationships/image" Target="media/image186.png"/><Relationship Id="rId195" Type="http://schemas.openxmlformats.org/officeDocument/2006/relationships/image" Target="media/image187.png"/><Relationship Id="rId196" Type="http://schemas.openxmlformats.org/officeDocument/2006/relationships/image" Target="media/image188.png"/><Relationship Id="rId197" Type="http://schemas.openxmlformats.org/officeDocument/2006/relationships/image" Target="media/image189.png"/><Relationship Id="rId198" Type="http://schemas.openxmlformats.org/officeDocument/2006/relationships/image" Target="media/image190.png"/><Relationship Id="rId199" Type="http://schemas.openxmlformats.org/officeDocument/2006/relationships/image" Target="media/image191.png"/><Relationship Id="rId200" Type="http://schemas.openxmlformats.org/officeDocument/2006/relationships/image" Target="media/image192.png"/><Relationship Id="rId201" Type="http://schemas.openxmlformats.org/officeDocument/2006/relationships/image" Target="media/image193.png"/><Relationship Id="rId202" Type="http://schemas.openxmlformats.org/officeDocument/2006/relationships/image" Target="media/image19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