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1 -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1 -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1 -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1 -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1 -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1 -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1 -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1 -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1 -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1 -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1 -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1 -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1 -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1 -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1 -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1 -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1 -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1 -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1 -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(1)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1 -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1 -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1.11: 1 -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1 -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1.12: 1 - Ponto 12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