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4368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436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hr_0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hr_0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hr_02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4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5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6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7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8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09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1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hr_1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1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hr_00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2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hr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hr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hr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hr_00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hr_01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4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hr_00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hr_01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hr_02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hr_00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6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hr_00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7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hr_00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hr_01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hr_02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8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hr_00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hr_01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hr_02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hr_00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hr_01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hr_02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hr_00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hr_01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hr_02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1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1_hr_00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1_hr_01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1_hr_02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2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2_hr_00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2_hr_01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2_hr_02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3.jp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hr_00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4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0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1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2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3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4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5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hr_06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5.jp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hr_00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hr_01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hr_02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6992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6 - Cam 01.jp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69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6 - Cam 02.jp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hr_00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hr_01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hr_02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hr_03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hr_04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hr_05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7.jp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hr_00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hr_01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hr_02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hr_03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8.jp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0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1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2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3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4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5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6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7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8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9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10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11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9.jp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0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1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2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3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4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5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6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7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8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9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0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1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0.jp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0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1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2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3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4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5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6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7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8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9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10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11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jp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jp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jp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jp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jpg"/><Relationship Id="rId90" Type="http://schemas.openxmlformats.org/officeDocument/2006/relationships/image" Target="media/image82.png"/><Relationship Id="rId91" Type="http://schemas.openxmlformats.org/officeDocument/2006/relationships/image" Target="media/image83.jpg"/><Relationship Id="rId92" Type="http://schemas.openxmlformats.org/officeDocument/2006/relationships/image" Target="media/image84.png"/><Relationship Id="rId93" Type="http://schemas.openxmlformats.org/officeDocument/2006/relationships/image" Target="media/image85.jp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jp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jp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jp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jp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jp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jpg"/><Relationship Id="rId118" Type="http://schemas.openxmlformats.org/officeDocument/2006/relationships/image" Target="media/image110.png"/><Relationship Id="rId119" Type="http://schemas.openxmlformats.org/officeDocument/2006/relationships/image" Target="media/image111.jp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jp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jpg"/><Relationship Id="rId132" Type="http://schemas.openxmlformats.org/officeDocument/2006/relationships/image" Target="media/image124.jp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jp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jp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jp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jp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