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2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hr_00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hr_0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hr_02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3_hr_03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jp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