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(1)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245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24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1521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5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245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24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1521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8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15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9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487375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87375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