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30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31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32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321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3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33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321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3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34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321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3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69857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98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69857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2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98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698578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3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9857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