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9797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9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9797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97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5156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5156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