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1.1: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1.1: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6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7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09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1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1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1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15min_13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