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 - A-B-C-D-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 - F-G-H-I-J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9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20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- A-B-C-D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- A-B-C-D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4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5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6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7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8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9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0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11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 - A-B-C-D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- A-B-C-D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- A-B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- A-B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- A-B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 - A-B-C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4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5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0562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05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4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782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5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78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jp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jp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jp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jp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jp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jp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